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🟪 היקף ושטח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⁦128⁩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⁦117⁩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1.8 מ׳ = 180 ס״מ. לריבוע 4 צלעות שוות: 180 : 4 = 45 ס״מ. כן, אפשר – כל צלע 45 ס״מ.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⁦19⁩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היקף ← ס״מ. שטח ← סמ״ר. בדקו את היחידות בתשובה!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היקף הוא סכום אורכי כל הצלעות (נמדד בס״מ/מ׳). שטח הוא כמה ריבועים של 1 סמ״ר מכסים את הצורה. שטח מלבן = אורך × רוחב.✏️ דוגמה: היקף מלבן 30 ס״מ, צלע אחת 9 ס״מ. מה הצלע השנייה? ← אורך + רוחב = חצי מההיקף = 15 ← 15 − 9 = 6 ← הצלע השנייה: 6 ס״מ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מלבן שאורכו ⁦16⁩ ס״מ ורוחבו ⁦8⁩ ס״מ. מה השטח שלו (בסמ״ר)?</w:t>
      </w:r>
    </w:p>
    <w:p>
      <w:pPr>
        <w:bidi w:val="1"/>
        <w:jc w:val="right"/>
      </w:pPr>
      <w:r>
        <w:rPr>
          <w:rtl w:val="1"/>
        </w:rPr>
        <w:t>◯ ⁦130⁩     ◯ ⁦128⁩     ◯ ⁦1,280⁩     ◯ ⁦12.8⁩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מלבן שאורכו ⁦5⁩ ס״מ ורוחבו ⁦9⁩ ס״מ. מה השטח שלו (בסמ״ר)?</w:t>
      </w:r>
    </w:p>
    <w:p>
      <w:pPr>
        <w:bidi w:val="1"/>
        <w:jc w:val="right"/>
      </w:pPr>
      <w:r>
        <w:rPr>
          <w:rtl w:val="1"/>
        </w:rPr>
        <w:t>◯ ⁦46⁩     ◯ ⁦4.5⁩     ◯ ⁦450⁩     ◯ ⁦45⁩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מלבן שאורכו ⁦9⁩ ס״מ ורוחבו ⁦2⁩ ס״מ. מה ההיקף שלו (בס״מ)?</w:t>
      </w:r>
    </w:p>
    <w:p>
      <w:pPr>
        <w:bidi w:val="1"/>
        <w:jc w:val="right"/>
      </w:pPr>
      <w:r>
        <w:rPr>
          <w:rtl w:val="1"/>
        </w:rPr>
        <w:t>◯ ⁦2.2⁩     ◯ ⁦32⁩     ◯ ⁦220⁩     ◯ ⁦22⁩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מלבן שאורכו ⁦13⁩ ס״מ ורוחבו ⁦9⁩ ס״מ. מה השטח שלו (בסמ״ר)?</w:t>
      </w:r>
    </w:p>
    <w:p>
      <w:pPr>
        <w:bidi w:val="1"/>
        <w:jc w:val="right"/>
      </w:pPr>
      <w:r>
        <w:rPr>
          <w:rtl w:val="1"/>
        </w:rPr>
        <w:t>◯ ⁦11.7⁩     ◯ ⁦1,170⁩     ◯ ⁦117⁩     ◯ ⁦127⁩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מלבן שאורכו ⁦11⁩ ס״מ ורוחבו ⁦14⁩ ס״מ. מה השטח שלו (בסמ״ר)?</w:t>
      </w:r>
    </w:p>
    <w:p>
      <w:pPr>
        <w:bidi w:val="1"/>
        <w:jc w:val="right"/>
      </w:pPr>
      <w:r>
        <w:rPr>
          <w:rtl w:val="1"/>
        </w:rPr>
        <w:t>◯ ⁦1,540⁩     ◯ ⁦15.4⁩     ◯ ⁦154⁩     ◯ ⁦164⁩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מלבן שאורכו ⁦6⁩ ס״מ ורוחבו ⁦8⁩ ס״מ. מה השטח שלו (בסמ״ר)?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מלבן שאורכו ⁦6⁩ ס״מ ורוחבו ⁦3⁩ ס״מ. מה השטח שלו (בסמ״ר)?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היקף מלבן הוא ⁦46⁩ ס״מ ואורך אחת מצלעותיו ⁦13⁩ ס״מ. מה אורך הצלע השנייה?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מחוט באורך ⁦0.72⁩ מ׳ יצרו משושה משוכלל (כל הצלעות שוות) והשתמשו בכל החוט. מה אורך כל צלע בס״מ?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המצולע מורכב ממלבן וממשולש ישר־זווית.מה שטח המצולע כולו (בסמ״ר)?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3705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458f47a850020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705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המצולע מורכב ממלבן וממשולש ישר־זווית.מה שטח המצולע כולו (בסמ״ר)?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8385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8814f2c700c5ad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83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אפשר ליצור ריבוע מחוט באורך 1.8 מ׳ ומה יהיה אורך הצלע.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המצולע מורכב ממלבן וממשולש ישר־זווית.מה שטח המצולע כולו (בסמ״ר)?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34791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86948cbad5017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479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היקף ושטח</w:t>
      </w:r>
    </w:p>
    <w:p>
      <w:pPr>
        <w:bidi w:val="1"/>
        <w:jc w:val="right"/>
      </w:pPr>
      <w:r>
        <w:rPr>
          <w:rtl w:val="1"/>
        </w:rPr>
        <w:t>מחוט באורך ⁦0.48⁩ מ׳ יצרו משושה משוכלל (כל הצלעות שוות) והשתמשו בכל החוט. מה אורך כל צלע בס״מ?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מחוט באורך ⁦0.95⁩ מ׳ יצרו מחומש משוכלל (כל הצלעות שוות) והשתמשו בכל החוט. מה אורך כל צלע בס״מ?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